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מושגי יסוד בספרות: מספר, דמות, סמל, 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יצירות מכל 8 היחידות ולענות על שאלות מדורגות מידע-פרשנות-הערכה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השוואות בין יצירות לפי הנושאים המשותפים שבאתר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מסכמת ודיון מכבד סביב נושאים רגישים כמו שואה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הקוראים: איך קוראים יצירה?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(הדמות או 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(הזווית שממנה אנחנו רואים את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בין שני דברים בעזרת מילת השוואה כמו 'כמו' או 'כעין')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סמויה בין שני דברים,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(פרט בסיפור שמייצג רעיון גדול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(נתינת תכונות של אדם לדבר שאינו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הקוראים: איך קוראים יצירה? – זיהוי בדוגמאות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חיצוני שיודע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מבוגר שנזכר בעצמו כילד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את שני הגברים מבחוץ, בלי לדעת בדיוק מה הם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בדימוי יש מילת השוואה כמו 'כמו', במטפורה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הקוראים: איך קוראים יצירה?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תצפית היא הזווית שממנה מסופר הסיפור; למשל ב'אקמק' אנחנו רואים את שני הגברים מבחוץ, ולא רק מנקודת מבטו של אחד מהם.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תיבדק לפי דיוק הציטוט הקצר, זיהוי נכון של האמצעי (למשל דימוי, האנשה או סמל) והסבר קושר למשמעות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תיבדק לפי הבנה שהקורא היה מכיר פחות את רגשותיו של שדמי, ואולי היה מזדהה יותר עם קשייו של החייל; חשוב שהתלמיד יסביר כיצד שינוי הזווית משנה את תחושת ה'אנושיות המשותפת' שבסיפור.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עברי: בין תקווה למציאות – מידע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חיפה בימי מלחמת העולם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מרדכי זאב פייארברג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עגל רך ונחמד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עברי: בין תקווה למציאות – מידע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להם שפה משותפת, הם מתקשרים במבטים ובמחוות.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בעלילת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עברי: בין תקווה למציאות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 עברי: בין תקווה למציאות – דמויות ואמצעים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(יהודי שגורש מתל אביב וחי 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(חייל רעב ומרופט ללא שפה משותפת עם שדמי)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(מגלה עגל רך ונקשר אליו בכל לבו)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(מתכננת לשחוט את העגל)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שירה עברית: אדם, מקום וטבע; בדידות וקרבה – היכרות עם המשוררים והשירים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(יעקב פיכמן)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(אברהם שלונסקי)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(לאה גולדברג)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(יחיאל מוהר)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(נתן זך)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שירה עברית: אדם, מקום וטבע; בדידות וקרבה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רחל כתבה את 'גן נעול', אחד משירי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מדובר על ציפור, לא על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יחידה זו כוללת את מוהר, כרמי, טנאי, הלל, זך ויונתן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השאלה הגדולה של היחידה 'מן המסד'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שירה עברית: אדם, מקום וטבע; בדידות וקרבה – הבנה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שעומד מול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רחל צנועה ושקטה, שלונסקי חגיגי כמו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דמות בודדה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שירה עברית: אדם, מקום וטבע; בדידות וקרבה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מערכונים וסיפור מתורגם: הומור ופנים מול מסכה – שאלות פתיחה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ביחידת המערכונים יש שלוש יצירות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הגדולה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וגם במה שהצחוק הזה מגלה עלינו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מערכונים וסיפור מתורגם: הומור ופנים מול מסכה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מצחיק אותנו בחולשות של אחרים ומה זה מגלה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מערכונים וסיפור מתורגם: הומור ופנים מול מסכה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מצחיק אותנו בחולשות של אחרים, ומה הצחוק מגלה 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מסתתר מאחורי הפנים שאנשים מראים לעולם)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ספרות שומרת זיכרון, ומה נשאר כשהמילים שותקות)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זוכרים את מי שאינם, ואיך ממשיכים לחיות לצד הזיכרון)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מערכונים וסיפור מתורגם: הומור ופנים מול מסכה – השלמת 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שואה וגבורה, מאבק וזיכרון: ספרות ששומרת זיכרון – הכרת היצירות והיוצרים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אידה פינק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דוד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עמוס עוז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שואה וגבורה, מאבק וזיכרון: ספרות ששומרת זיכרון – שתיקה, סמלים וטונים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(שתיקה על עבר קשה שאינו מסופר במפורש)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(משחק שקט שמסתיר סכנה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(טון שקט וחלומי)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(טון נחוש ומבטיח)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(חברים מחפשים מילים לאדם אהוב שאיננו)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שואה וגבורה, מאבק וזיכרון: ספרות ששומרת זיכרון – השלמה, השוואה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שואה וגבורה, מאבק וזיכרון: ספרות ששומרת זיכרון – השוואה וכתיבה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 ספרות שומרת זיכרון, ומה נשאר כשהמילים שותקות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בלה אינה מדברת על עברה הקשה, והשתיקה שלה מבטאת כאב שאי אפשר לנסח; המשפחה הופכת הישרדות מסוכנת ל'משחק' כדי להגן על הילד. בשני המקרים הקוראים מבינים יותר ממה שנאמר בגלוי.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בשני הטקסטים המילים אינן מספיקות כדי לבטא את האובדן; השיר נשען על שתיקה ורמז, והקטע של עוז מתאר חברים שמחפשים דברים לומר ואינם מוצאים.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סמלים ורמזים מאפשרים לקרב את הקורא לרגש הקשה בלי לתאר אותו במפורש, שומרים על כבוד הדמויות והזיכרון, ומשאירים מקום לדמיון ולהזדהות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פרק מספר ומשחקי סיכום – מי כתב? (התאמה)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(אשר ברש)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(לאה גולדברג)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(חיים גורי)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(עמוס עוז)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(יוסף לפיד)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הבחנה בין מי מספר לבין מה שקורה בעלילה, עם דוגמה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מצטט ביטוי קצר (עד 8 מילים) ומסביר במילים שלו/שלה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טובה מתייחסת לנושא המשותף כפי שהוצג ביחידה, ולא רק מציינת שהיצירות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פרק אחד בכל שיעור או שיעוריים, בהתאם לקצב ההתקדמות ביחידות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חנ״מ אפשר לצמצם את מספר השאלות בכל שלב ולהוסיף רמזים, בדומה לגרסת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חדשים כדאי להוסיף מילון מושגים קצר ומשפטי פתיחה פשוטים לפני 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5 (שואה וזיכרון) חשוב להקדים הסבר קצר, לאפשר שיתוף לפי בחירה בלבד ולסיים בפעילות מרגיעה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ח׳: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תרגול על כל מה שלמדנו בספרות. עבדו לאט, פרק אחרי פרק. אפשר לשאול עזרה. בנושאים קשים - משתפים רק מי שרוצה.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- מבפנים או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מהיכן רואים את הסיפור - למשל עיני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במילת קישור כמו 'כמו'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בלי מילת קישור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לדבר שאינו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שמייצג רעיון גדול יותר, כמו הלחם ב'אקמק'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שבאמת קורה או מתכוונים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 השיר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בתוך השיר, לא בהכרח המשורר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שיעור שמראה מה הבנו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ארגז הכלים של הקוראים: איך קוראים יצירה?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הזווית שממנה אנחנו רואים את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בין שני דברים בעזרת מילת השוואה כמו 'כמו' או 'כעין'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סמויה בין שני דברים,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פרט בסיפור שמייצג רעיון גדול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נתינת תכונות של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הדמות או הקול שמספר לנו את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ארגז הכלים של הקוראים: איך קוראים יצירה? – זיהוי בדוגמאות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'מדבר' אלינו בסיפור 'אקמק'?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שדמי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החייל התורכי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 שיודע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מספר-ילד שמשתתף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מספר את סיפור 'העגל'?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מבוגר שנזכר בעצמו כילד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בן שמונה שמספר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 שאינו משתתף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ההורים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ספרותי מתאים לשם 'אקמק'?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אנחנו רואים את האירועים בסיפור 'אקמק'?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עולמו הפנימי של שדמי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עולמו הפנימי של החייל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שני הגברים מבחוץ, בלי לדעת בדיוק מה הם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מה שרואה ילד מהצד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השוואה כמו 'כמו', במטפורה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מטפורה תמיד ארוכה יותר מדימוי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מתאר רק טבע ומטפורה רק אנשים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ארגז הכלים של הקוראים: איך קוראים יצירה?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'נקודת תצפית', ותנו דוגמה אחת מתוך 'אקמק' או 'העגל'.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קצר (עד שמונה מילים) מתוך 'העגל' או 'אקמק', וזהו בו אמצעי ספרותי אחד. הסבירו מה הוא מוסיף להבנת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הייתה משתנה הבנתנו את הסיפור 'אקמק' אילו היה מסופר מנקודת התצפית של החייל התורכי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סיפור עברי: בין תקווה למציאות – מידע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קורה הסיפור "אקמק"?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 בימי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 בימי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 בימי הבית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 בתקופת המנדט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הסופר של "העגל"?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אשר ברש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מרדכי זאב פייארברג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יצחק 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בנימין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מוצא הילד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עגל רך ונחמד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 עברי: בין תקווה למציאות – מידע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לשדמי ולחייל התורכי יש שפה משותפת שבה הם מדברים.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בסיפור "העגל" מתכננת לשחוט את העגל.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 עברי: בין תקווה למציאות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הסיפור "אקמק" קורא שדמי לחייל התורכי במילה __________, שפירושה לחם.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סיפור עברי: בין תקווה למציאות – דמויות ואמצעים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שדמי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מתכננת לשחוט את העגל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החייל התורכי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מגלה עגל רך ונקשר אליו בכל לבו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הילד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יהודי שגורש מתל אביב וחי בחיפה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האם ב"העגל"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חייל רעב ומרופט ללא שפה משותפת עם שדמי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שירה עברית: אדם, מקום וטבע; בדידות וקרבה – היכרות עם המשוררים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נתן זך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יום אני הולך למעונך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הלבישיני אמא כשרה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יעקב פיכמן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 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יחיאל מוהר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 קטנה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איך זה שכוכב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אברהם שלונסקי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שירה עברית: אדם, מקום וטבע; בדידות וקרבה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'גן נעול' הוא שיר של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'חשבון נפש לפני השינה' הדובר הוא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'עד הטפחות' נקראים שירים של רחל ולאה גולדברג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רחל, פיכמן, שלונסקי וגולדברג עוסקים בקשר בין אדם למקום ולטבע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שירה עברית: אדם, מקום וטבע; בדידות וקרבה – הבנה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מייצג העץ בשני השירים?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שעומד מול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שאין לו שום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שמתואר כמכונה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שאינו מוזכר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כל משורר מתאר את העבודה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 צנועה ושקטה, שלונסקי חגיגי כמו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כותבים בצחוק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משותף לשני השירים?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בודדה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משפחתית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הומוריסטי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שירה עברית: אדם, מקום וטבע; בדידות וקרבה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'גרניום' הדובר מגלה חמלה כלפי __________ שנובלים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בשירים 'להשאיר' ו'מלים' עוסקים היוצרים בשאלה מה __________ אחרי שהחיים נגמרים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מערכונים וסיפור מתורגם: הומור ופנים מול מסכה – שאלות פתיחה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המערכונים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הגדולה של יחידת הסיפור המתורגם עוסקת במה שמסתתר מאחורי הפנים שאנשים מראים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הגדולה של יחידת המערכונים עוסקת במה שמצחיק אותנו בחולשות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מערכונים וסיפור מתורגם: הומור ופנים מול מסכה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סיפורים יש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שואלת יחידת המערכונים?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זוכרים את מי שאינם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מצחיק אותנו בחולשות של אחרים ומה זה מגלה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פרק אחד פותח עולם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אפשר לומר במילים פשוטות על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קשור להפתעה שמצחיקה?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מערכונים וסיפור מתורגם: הומור ופנים מול מסכה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זוכרים את מי שאינם, ואיך ממשיכים לחיות לצד הזיכרון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מתורגם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ספרות שומרת זיכרון, ומה נשאר כשהמילים שותקות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שואה וגבורה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מסתתר מאחורי הפנים שאנשים מראים לעולם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מאבק וזיכרון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מצחיק אותנו בחולשות של אחרים, ומה הצחוק מגלה עלינו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מערכונים וסיפור מתורגם: הומור ופנים מול מסכה – השלמת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מערכון הוא יצירה קצרה המיועדת בדרך כלל להצגה, ומטרתה לרוב לגרום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הניגוד בין הפנים שאדם מראה כלפי חוץ לבין מה שהוא מרגיש באמת בפנים נקרא לעיתים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שואה וגבורה, מאבק וזיכרון: ספרות ששומרת זיכרון – הכרת היצירות והיוצרים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היוצר של "בלה של החורשה"?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בן־ציון תומר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את "משחק עם מפתח"?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אידה פינק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יוסף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"ימיו האחרונים של משה"?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יוסף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את "נותרו מלים"?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עמוס עוז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גורי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בן־ציון תומר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שואה וגבורה, מאבק וזיכרון: ספרות ששומרת זיכרון – שתיקה, סמלים וטונים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בלה של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טון נחוש ומבטיח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עם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חברים מחפשים מילים לאדם אהוב שאיננו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 הצל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שתיקה על עבר קשה שאינו מסופר במפורש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מן הדלקה ההיא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טון שקט וחלומי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נותרו מלים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 שקט שמסתיר סכנה אמיתית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שואה וגבורה, מאבק וזיכרון: ספרות ששומרת זיכרון – השלמה, השוואה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ב"משחק עם מפתח" המשפחה מתרגלת __________ שקט כדי לשרוד.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שואה וגבורה, מאבק וזיכרון: ספרות ששומרת זיכרון – השוואה וכתיבה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השאלה הגדולה של יחידת שואה וגבורה?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השתיקה של בלה ב"בלה של החורשה" לבין ה"משחק" השקט במשפחה ב"משחק עם מפתח": מה כל סיפור מספר לנו בלי לתאר במפורש?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בשירים "הרעות" ו"נותרו מלים" חברים מנסים לבטא זיכרון על אדם שאיננו. תארו כיצד כל יצירה מתייחסת למילים ולשתיקה.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המסבירה מדוע סמלים ורמזים, כמו חפץ קטן, שתיקה או דימוי, מתאימים לכתיבה על נושאים כואבים כמו שואה או אובדן במלחמה.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פרק מספר ומשחקי סיכום – מי כתב? (התאמה)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עמוס עוז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אקליפטוס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לאה גולדברג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חיים גורי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יוסף לפיד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נותרו מלים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אשר ברש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צמחים יבשים ולחים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מהו מספר ומהי נקודת תצפית, ולהצביע עליהם בסיפור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לפחות שלושה אמצעים ספרותיים (דימוי, מטפורה, סמל) ולהסביר את תפקידם ביצירה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להשוות בין שתי יצירות מאותה יחידה ולהסביר נקודת דמיון ונקודת שוני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ח׳: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