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ח׳: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ולתרגל מושגי יסוד בספרות: מספר, דמות, סמל, 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יצירות מכל 8 היחידות ולענות על שאלות מדורגות מידע-פרשנות-הערכה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לבצע השוואות בין יצירות לפי הנושאים המשותפים שבאתר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מסכמת ודיון מכבד סביב נושאים רגישים כמו שואה וזיכרון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ארגז הכלים של הקוראים: איך קוראים יצירה? – מושגים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(הדמות או הקול שמספר לנו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(הזווית שממנה אנחנו רואים את האירועים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(השוואה בין שני דברים בעזרת מילת השוואה כמו 'כמו' או 'כעין')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(השוואה סמויה בין שני דברים, בלי מילת השוואה)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ארגז הכלים של הקוראים: איך קוראים יצירה? – זיהוי בדוגמאות מהיצירות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מספר חיצוני שיודע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מבוגר שנזכר בעצמו כילד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ארגז הכלים של הקוראים: איך קוראים יצירה?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תצפית היא הזווית שממנה מסופר הסיפור; למשל ב'אקמק' אנחנו רואים את שני הגברים מבחוץ, ולא רק מנקודת מבטו של אחד מהם.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סיפור עברי: בין תקווה למציאות – מידע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חיפה בימי מלחמת העולם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מרדכי זאב פייארברג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סיפור עברי: בין תקווה למציאות – מידע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אין להם שפה משותפת, הם מתקשרים במבטים ובמחוות.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בעלילת הסיפור.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סיפור עברי: בין תקווה למציאות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סיפור עברי: בין תקווה למציאות – דמויות ואמצעים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(יהודי שגורש מתל אביב וחי בחיפה)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(חייל רעב ומרופט ללא שפה משותפת עם שדמי)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(מגלה עגל רך ונקשר אליו בכל לבו)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(מתכננת לשחוט את העגל)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שירה עברית: אדם, מקום וטבע; בדידות וקרבה – היכרות עם המשוררים והשירים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(רחל)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(יעקב פיכמן)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(אברהם שלונסקי)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(לאה גולדברג)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שירה עברית: אדם, מקום וטבע; בדידות וקרבה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רחל כתבה את 'גן נעול', אחד משירי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בשיר מדובר על ציפור, לא על צמח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שירה עברית: אדם, מקום וטבע; בדידות וקרבה – הבנה ואמצעים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עץ שעומד מול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דמות בודדה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שירה עברית: אדם, מקום וטבע; בדידות וקרבה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מערכונים וסיפור מתורגם: הומור ופנים מול מסכה – שאלות פתיחה והיכרות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ביחידת המערכונים יש שלוש יצירות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מנוסחת השאלה הגדולה של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מערכונים וסיפור מתורגם: הומור ופנים מול מסכה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מצחיק אותנו בחולשות של אחרים ומה זה מגלה עלינו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מערכונים וסיפור מתורגם: הומור ופנים מול מסכה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מצחיק אותנו בחולשות של אחרים, ומה הצחוק מגלה עלינו)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מסתתר מאחורי הפנים שאנשים מראים לעולם)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(איך ספרות שומרת זיכרון, ומה נשאר כשהמילים שותקות)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(איך זוכרים את מי שאינם, ואיך ממשיכים לחיות לצד הזיכרון)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מערכונים וסיפור מתורגם: הומור ופנים מול מסכה – השלמת 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שואה וגבורה, מאבק וזיכרון: ספרות ששומרת זיכרון – הכרת היצירות והיוצרים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אמנון שמוש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אידה פינק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דוד שחר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שואה וגבורה, מאבק וזיכרון: ספרות ששומרת זיכרון – שתיקה, סמלים וטונים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(שתיקה על עבר קשה שאינו מסופר במפורש)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(משחק שקט שמסתיר סכנה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(טון שקט וחלומי)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שואה וגבורה, מאבק וזיכרון: ספרות ששומרת זיכרון – השלמה, השוואה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שואה וגבורה, מאבק וזיכרון: ספרות ששומרת זיכרון – השוואה וכתיבה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איך ספרות שומרת זיכרון, ומה נשאר כשהמילים שותקות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פרק מספר ומשחקי סיכום – מי כתב? (התאמה)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(אשר ברש)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(רחל)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(לאה גולדברג)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(חיים גורי)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הבחנה בין מי מספר לבין מה שקורה בעלילה, עם דוגמה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שהתלמיד/ה מצטט ביטוי קצר (עד 8 מילים) ומסביר במילים שלו/שלה את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טובה מתייחסת לנושא המשותף כפי שהוצג ביחידה, ולא רק מציינת שהיצירות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פרק אחד בכל שיעור או שיעוריים, בהתאם לקצב ההתקדמות ביחידות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מסלול חנ״מ אפשר לצמצם את מספר השאלות בכל שלב ולהוסיף רמזים, בדומה לגרסת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עולים חדשים כדאי להוסיף מילון מושגים קצר ומשפטי פתיחה פשוטים לפני כל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5 (שואה וזיכרון) חשוב להקדים הסבר קצר, לאפשר שיתוף לפי בחירה בלבד ולסיים בפעילות מרגיעה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ח׳: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תמצאו תרגול על כל היחידות והיצירות שלמדנו השנה. עבדו פרק אחר פרק, לפי סדר הלימוד בכיתה, וענו על השאלות בעצמכם לפני שבודקים יחד. בפעילויות הרגישות - תזכרו שהשיתוף תמיד לפי בחירה.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נשאר  ·  הצמחים  ·  מסכה  ·  צחוק  ·  משחק  ·  אקמק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ארגז הכלים של הקוראים: איך קוראים יצירה? – מושגים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הזווית שממנה אנחנו רואים את האירועים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נקודת תצפית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הדמות או הקול שמספר לנו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השוואה סמויה בין שני דברים,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בין שני דברים בעזרת מילת השוואה כמו 'כמו' או 'כעין'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ארגז הכלים של הקוראים: איך קוראים יצירה? – זיהוי בדוגמאות מהיצירות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בסיפור 'אקמק' מי מספר לנו את האירועים?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שדמי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החייל התורכי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חיצוני שיודע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בסיפור 'העגל' המספר הוא בעצם 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מבוגר שנזכר בעצמו כילד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ילד בן שמונה שמספר בזמן 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חיצוני שאינו משתתף בסיפור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ארגז הכלים של הקוראים: איך קוראים יצירה?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מהי 'נקודת תצפית', ותנו דוגמה אחת מתוך 'אקמק' או 'העגל'.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סיפור עברי: בין תקווה למציאות – מידע מהסיפורים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הסיפור "אקמק" מתרחש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 אביב בימי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חיפה בימי מלחמת העולם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ירושלים בימי הבית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כתב את הסיפור "העגל"?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אשר ברש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מרדכי זאב פייארברג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יצחק שמי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סיפור עברי: בין תקווה למציאות – מידע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לשדמי ולחייל התורכי יש שפה משותפת שבה הם מדברים.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האם בסיפור "העגל" מתכננת לשחוט את העגל.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סיפור עברי: בין תקווה למציאות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בסוף הסיפור "אקמק" קורא שדמי לחייל התורכי במילה __________, שפירושה לחם.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סיפור עברי: בין תקווה למציאות – דמויות ואמצעים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שדמי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מגלה עגל רך ונקשר אליו בכל לבו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החייל התורכי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מתכננת לשחוט את העגל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הילד ב"העגל"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יהודי שגורש מתל אביב וחי בחיפה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האם ב"העגל"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חייל רעב ומרופט ללא שפה משותפת עם שדמי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שירה עברית: אדם, מקום וטבע; בדידות וקרבה – היכרות עם המשוררים והשירים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אקליפטוס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לאה גולדברג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יום יום אני הולך למעונך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רחל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הלבישיני אמא כשרה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יעקב פיכמן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עצי 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אברהם שלונסקי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שירה עברית: אדם, מקום וטבע; בדידות וקרבה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'גן נעול' הוא שיר של רחל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'חשבון נפש לפני השינה' הדובר הוא צמח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שירה עברית: אדם, מקום וטבע; בדידות וקרבה – הבנה ואמצעים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מסמל העץ בשירים 'אקליפטוס' ו'עצי זית'?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עץ שעומד מול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עץ שאין לו שום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עץ שמתואר כמכונה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נושא משותף לשירים 'ציפור קטנה אחת' ו'איך זה שכוכב'?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דמות בודדה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חגיגה משפחתית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תיאור מלחמה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שירה עברית: אדם, מקום וטבע; בדידות וקרבה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בשיר 'גרניום' הדובר מגלה חמלה כלפי __________ שנובלים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בשירים 'להשאיר' ו'מלים' עוסקים היוצרים בשאלה מה __________ אחרי שהחיים נגמרים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מערכונים וסיפור מתורגם: הומור ופנים מול מסכה – שאלות פתיחה והיכרות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ביחידת המערכונים יש שבע 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השאלה הגדולה של יחידת הסיפור המתורגם עוסקת במה שמסתתר מאחורי הפנים שאנשים מראים לעולם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מערכונים וסיפור מתורגם: הומור ופנים מול מסכה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יצירות יש ביחידת הסיפור המתורגם?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השאלה הגדולה של יחידת המערכונים?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איך זוכרים את מי שאינם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מצחיק אותנו בחולשות של אחרים ומה זה מגלה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איך פרק אחד פותח עולם 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מערכונים וסיפור מתורגם: הומור ופנים מול מסכה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מערכונים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מסתתר מאחורי הפנים שאנשים מראים לעולם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סיפור מתורגם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איך ספרות שומרת זיכרון, ומה נשאר כשהמילים שותקות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שואה וגבורה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איך זוכרים את מי שאינם, ואיך ממשיכים לחיות לצד הזיכרון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מאבק וזיכרון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מצחיק אותנו בחולשות של אחרים, ומה הצחוק מגלה עלינו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מערכונים וסיפור מתורגם: הומור ופנים מול מסכה – השלמת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מערכון הוא יצירה קצרה המיועדת בדרך כלל להצגה, ומטרתה לרוב לגרום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הניגוד בין הפנים שאדם מראה כלפי חוץ לבין מה שהוא מרגיש באמת בפנים נקרא לעיתים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שואה וגבורה, מאבק וזיכרון: ספרות ששומרת זיכרון – הכרת היצירות והיוצרים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כתב את הסיפור "בלה של החורשה"?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אמנון שמוש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אידה פינק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בן־ציון תומר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כתבה את הסיפור "משחק עם מפתח"?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אידה פינק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אמנון שמוש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יוסף לפיד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כתב את הסיפור "ימיו האחרונים של משה"?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דוד שחר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חיים גורי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עמוס עוז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שואה וגבורה, מאבק וזיכרון: ספרות ששומרת זיכרון – שתיקה, סמלים וטונים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בלה של החורשה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משחק שקט שמסתיר סכנה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משחק עם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טון שקט וחלומי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ילדי הצל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שתיקה על עבר קשה שאינו מסופר במפורש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שואה וגבורה, מאבק וזיכרון: ספרות ששומרת זיכרון – השלמה, השוואה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ב"משחק עם מפתח" המשפחה מתרגלת __________ שקט כדי לשרוד.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שואה וגבורה, מאבק וזיכרון: ספרות ששומרת זיכרון – השוואה וכתיבה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השאלה הגדולה של יחידת שואה וגבורה?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פרק מספר ומשחקי סיכום – מי כתב? (התאמה)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אקמק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רחל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אקליפטוס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לאה גולדברג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חיים גורי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הרעות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אשר ברש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מהו מספר ומהי נקודת תצפית, ולהצביע עליהם בסיפור שקראתי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לזהות לפחות שלושה אמצעים ספרותיים (דימוי, מטפורה, סמל) ולהסביר את תפקידם ביצירה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ספרות לכיתה ח׳: מסע ביצירות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